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20:00-23:00  Equally Stupid FIN,ISL,USA</w:t>
      </w:r>
    </w:p>
    <w:p>
      <w:r>
        <w:t>Korkeaenergiainen jazz-rock yhdistää raakaa improvisaatiota, punk-asennetta ja monimutkaisia rytmejä.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