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kommunbibliotek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18:00-18:00 Författarträff med Ellen Strömberg</w:t>
      </w:r>
    </w:p>
    <w:p>
      <w:r>
        <w:t>Besök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