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bibliotek, Siverbergsvägen 9, 66200 Korsnäs</w:t>
      </w:r>
    </w:p>
    <w:p>
      <w:r>
        <w:t>18.4.2026 lauantai</w:t>
      </w:r>
    </w:p>
    <w:p>
      <w:pPr>
        <w:pStyle w:val="Heading1"/>
      </w:pPr>
      <w:r>
        <w:t>18.4.2026 lauantai</w:t>
      </w:r>
    </w:p>
    <w:p>
      <w:pPr>
        <w:pStyle w:val="Heading2"/>
      </w:pPr>
      <w:r>
        <w:t>14:00-16:00 BOKRELEASE: Nya boken om Korsnäströjan</w:t>
      </w:r>
    </w:p>
    <w:p>
      <w:r>
        <w:t>Kort presentation av boken.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