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17:00-23:00 Teaterresa till Wasa teater</w:t>
      </w:r>
    </w:p>
    <w:p>
      <w:r>
        <w:t>Följ med på Kulturhuset Ax  teaterresa till Wasa teater och se pjäsen Tillsammans.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