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18:00-18:00 Sami Hedberg - LUPA NAURAA K18</w:t>
      </w:r>
    </w:p>
    <w:p>
      <w:r>
        <w:t>Hedberg Live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