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Laihian Nuorisoliitto ry, Tampereentie 603, 66450 Jakkula</w:t>
      </w:r>
    </w:p>
    <w:p>
      <w:r>
        <w:t>8.3.2026 sunnuntai</w:t>
      </w:r>
    </w:p>
    <w:p>
      <w:pPr>
        <w:pStyle w:val="Heading1"/>
      </w:pPr>
      <w:r>
        <w:t>8.3.2026 sunnuntai</w:t>
      </w:r>
    </w:p>
    <w:p>
      <w:pPr>
        <w:pStyle w:val="Heading2"/>
      </w:pPr>
      <w:r>
        <w:t>18:00-20:00 Haavelaiva - kaappaus kesäyössä</w:t>
      </w:r>
    </w:p>
    <w:p>
      <w:r>
        <w:t xml:space="preserve">Hyvän mielen komedia täynnä musiikkia.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