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19:00-19:00 JSB 111 vårkonsert</w:t>
      </w:r>
    </w:p>
    <w:p>
      <w:r>
        <w:t>Jakobstads Sångarbröder r.f.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