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Lotlaxintie 9, 66600 Vöyri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11:00-14:00 Skördemarknad och loppis vid Rökiö kvarn</w:t>
      </w:r>
    </w:p>
    <w:p>
      <w:r>
        <w:t xml:space="preserve">Juhlimme kauden satoa, käsityötä ja lähituotettuja tuotteita.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