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auto- ja moottorimuseo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13:00-13:00 19. Woodwinds on Wheels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