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Maalahden kirkko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18:00-18:00 6. Idylli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