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 A3-A4 - VIP</w:t>
      </w: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>16:00-16:00 Kaj på hemmaplan</w:t>
      </w:r>
    </w:p>
    <w:p>
      <w:r>
        <w:t>United Stage Finland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