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Vöyrin hiihtokeskus, Hiihtomäentie 16, 66600 Vöyri</w:t>
      </w:r>
    </w:p>
    <w:p>
      <w:r>
        <w:t>14.2.2026 lauantai</w:t>
      </w:r>
    </w:p>
    <w:p>
      <w:pPr>
        <w:pStyle w:val="Heading1"/>
      </w:pPr>
      <w:r>
        <w:t>14.2.2026 lauantai</w:t>
      </w:r>
    </w:p>
    <w:p>
      <w:pPr>
        <w:pStyle w:val="Heading2"/>
      </w:pPr>
      <w:r>
        <w:t>14:00-17:00 Ystävänpäivä tapahtuma Vöyrin hiihtokeskuksessa ja Taiteen kokeilujuhla lapsille</w:t>
      </w:r>
    </w:p>
    <w:p>
      <w:r>
        <w:t>Tule testaamaan uutta taideharrastusta!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