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K‑Supermarket Piffi Mustasaari, Markkinakuja 2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14:00-16:00 Voimaa ruuasta ‑tapahtuma 11.2.2026</w:t>
      </w:r>
    </w:p>
    <w:p>
      <w:r>
        <w:t>Tule tutustumaan elintarvikegalleriaan ja testaa, saatko riittävästi proteiinia.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