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Raatihuone, Aitakatu 1, 64100 Kristiinankaupunki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10:00-14:00 Livestream: DVV:n infotilaisuus digitaalisesta viranomaispostista</w:t>
      </w:r>
    </w:p>
    <w:p>
      <w:r>
        <w:t>Infotilaisuudet digitaalisesta viranomaispostista näytetään raatihuoneella 21.1.2026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