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12:00-20:30 Dolly Style - Vaasa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