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16:00-17:00 Runoilijavieras Eve Littow</w:t>
      </w:r>
    </w:p>
    <w:p>
      <w:r>
        <w:t>Runoilija Eve Littow on runopiirin vieraana keskiviikkona 22.4.2026 klo 16.00 pääkirjaston Matilda-tilassa (1. kerros).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