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17:00-18:00 Temakväll online om copingstrategier 19.5.2026</w:t>
      </w:r>
    </w:p>
    <w:p>
      <w:r>
        <w:t>Välkommen med på en temakväll online om vad som händer när vi utsätts för svåra situationer i livet.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