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Stadshotellet Jakobstad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18:00-18:00 Nordan Rockfest 2026</w:t>
      </w:r>
    </w:p>
    <w:p>
      <w:r>
        <w:t>Arktis Productions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