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kirkko</w:t>
      </w: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18:00-18:00 Johannes-passio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