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Kirjasto, Kammari</w:t>
      </w:r>
    </w:p>
    <w:p>
      <w:r>
        <w:t>18.12.2025 torstai</w:t>
      </w:r>
    </w:p>
    <w:p>
      <w:pPr>
        <w:pStyle w:val="Heading1"/>
      </w:pPr>
      <w:r>
        <w:t>18.12.2025 torstai</w:t>
      </w:r>
    </w:p>
    <w:p>
      <w:pPr>
        <w:pStyle w:val="Heading2"/>
      </w:pPr>
      <w:r>
        <w:t>13:30-14:30 Laulumaiden muisto - Karjalaisia Lakeuksilla - dokumenttielokuva</w:t>
      </w:r>
    </w:p>
    <w:p>
      <w:r>
        <w:t>Ilmaisesitys Etelä-Pohjanmaalaisen Tomi Saarijärven dokumentista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