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19:00-19:00 RÄJÄYTTÄJÄT + JANNE LAURILA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