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Trefaldighetskyrkans krypta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14:00-16:00 Jul tillsammans</w:t>
      </w:r>
    </w:p>
    <w:p>
      <w:r>
        <w:t>Välkommen till en eftermiddag fylld av värme, god mat och gemenskap.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