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Jakobstads museum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19:00-20:00 Christmas Classics in Gypsy swing</w:t>
      </w:r>
    </w:p>
    <w:p>
      <w:r>
        <w:t>Christmas Classics in Gypsy swing med Hot Club de Jakobstad feat. Matilda Svenfelt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