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33 RPM Live Club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19:00-19:00 ELive Jazz presents: Baptiste Herbin Trio FRA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