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kyrka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19:00-20:15 Höstkonsert i Petalax kyrka</w:t>
      </w:r>
    </w:p>
    <w:p>
      <w:r>
        <w:t>med populära Agneta Olzzon från (SWE), Tom Håkans, Adrian Romar, Yngve Lithén, Gästartist: Ulf Lidman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