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09:00-15:00 SeniorSurf-dagen</w:t>
      </w:r>
    </w:p>
    <w:p>
      <w:r>
        <w:t>Välkommen på SeniorSurf-dagen 7. 10. 2025 i kulturhuset i Smedsby!</w:t>
        <w:br/>
        <w:t xml:space="preserve">Med vårt program i år vänder vi oss till pensionärer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