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18:00-18:00 Åminne Julshow 2025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