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föreningen Brahegården r.f. Itäinen Pitkäkatu 45 64100 Kristiinankaupunki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11:00-14:00 Brahegårdenin Joulumyyjäiset 21.12.2025</w:t>
      </w:r>
    </w:p>
    <w:p>
      <w:r>
        <w:t>Tervetuloa Brahegårdenin Joulumyyjäisiin su 21.12 klo. 11-14!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