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Natalia's Art Studio/ Corner kauppakeskus </w:t>
      </w:r>
    </w:p>
    <w:p>
      <w:r>
        <w:t>22.5.2026 perjantai</w:t>
      </w:r>
    </w:p>
    <w:p>
      <w:pPr>
        <w:pStyle w:val="Heading1"/>
      </w:pPr>
      <w:r>
        <w:t>22.5.2026-9.10.2026</w:t>
      </w:r>
    </w:p>
    <w:p>
      <w:pPr>
        <w:pStyle w:val="Heading2"/>
      </w:pPr>
      <w:r>
        <w:t>21:00-22:45 Noitakierros - Suomen ainoa noitakierros ja matka noitien mestauspaikalle</w:t>
      </w:r>
    </w:p>
    <w:p>
      <w:r>
        <w:t xml:space="preserve"> Noitavainot Kristiinankaupungissa perjantaisin klo 21.00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