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 Paviljong</w:t>
      </w:r>
    </w:p>
    <w:p>
      <w:r>
        <w:t>3.12.2025 keskiviikko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19:00-15:00 Årets stora julkonsert 2025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