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16:00-18:00 Kansallinen Liiga VIFK - HPS</w:t>
      </w:r>
    </w:p>
    <w:p>
      <w:r>
        <w:t>VIFK:n naisten joukkueen viimeinen Briotech Kansallisen Liigan Mestaruussarjan kotiottelu.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