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Fremdeling, Rantakatu 42, Kristiinankaupunki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18:00-19:30 "Hysteeriset naiset", Kita Bauchet:n dokumenttielokuva Studio Fremdelingissä Huom. paikka klo 18</w:t>
      </w:r>
    </w:p>
    <w:p>
      <w:r>
        <w:t xml:space="preserve"> Belgian naisoikeusliike 1970-luvulla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