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Adidashallen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Kokeile Frisbeegolfia Norvallassa</w:t>
      </w:r>
    </w:p>
    <w:p>
      <w:r>
        <w:t>Kokeile frisbeegolfia! Saat vinkkejä, oman kiekon ja pääset testaamaan uutta rataa Norrvallassa.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