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19:00-19:00 RICK ESTRIN  THE NIGHTCATS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