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 Kauppatori 1 Pietarsaari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20:00-21:30 Opastettu kävelykierros  Kummitustarinoita ja ihmiskohtaloita 26.8.</w:t>
      </w:r>
    </w:p>
    <w:p>
      <w:r>
        <w:t xml:space="preserve">Kummitteleeko Pietarsaaressa - missä ihmeessä?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