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Raatihuone, Kauppatori 1, Pietarsaari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18:00-19:30 Opastettu kävelykierros Kirkkojen kaupunki 20.7.</w:t>
      </w:r>
    </w:p>
    <w:p>
      <w:r>
        <w:t xml:space="preserve"> Tutustu kaupungin moniin kirkkoihin, niiden historiaan ja nykypäivään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