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Teater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14:00-19:00 Pippi Långstrump</w:t>
      </w:r>
    </w:p>
    <w:p>
      <w:r>
        <w:t>Pedersöre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