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>
      <w:pPr>
        <w:pStyle w:val="Title"/>
      </w:pPr>
      <w:r>
        <w:t>Vaskiluoto (Wasalandia)</w:t>
      </w:r>
    </w:p>
    <w:p>
      <w:r>
        <w:t>14.6.2025 lauantai</w:t>
      </w:r>
    </w:p>
    <w:p>
      <w:pPr>
        <w:pStyle w:val="Heading1"/>
      </w:pPr>
      <w:r>
        <w:t>14.6.2025 lauantai</w:t>
      </w:r>
    </w:p>
    <w:p>
      <w:pPr>
        <w:pStyle w:val="Heading2"/>
      </w:pPr>
      <w:r>
        <w:t>15:00-15:00 Lisää Löylyä Rockfestival - Lauantai 14.6</w:t>
      </w:r>
    </w:p>
    <w:p>
      <w:r>
        <w:t>WsArena</w:t>
      </w:r>
    </w:p>
    <w:p>
      <w:r>
        <w:t>0</w:t>
      </w:r>
    </w:p>
    <w:sectPr w:rsidR="00FC693F" w:rsidRPr="0006063C" w:rsidSect="00034616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ourier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8"/>
  </w:num>
  <w:num w:numId="2">
    <w:abstractNumId w:val="6"/>
  </w:num>
  <w:num w:numId="3">
    <w:abstractNumId w:val="5"/>
  </w:num>
  <w:num w:numId="4">
    <w:abstractNumId w:val="4"/>
  </w:num>
  <w:num w:numId="5">
    <w:abstractNumId w:val="7"/>
  </w:num>
  <w:num w:numId="6">
    <w:abstractNumId w:val="3"/>
  </w:num>
  <w:num w:numId="7">
    <w:abstractNumId w:val="2"/>
  </w:num>
  <w:num w:numId="8">
    <w:abstractNumId w:val="1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7730"/>
    <w:rsid w:val="00034616"/>
    <w:rsid w:val="0006063C"/>
    <w:rsid w:val="0015074B"/>
    <w:rsid w:val="0029639D"/>
    <w:rsid w:val="00326F90"/>
    <w:rsid w:val="00AA1D8D"/>
    <w:rsid w:val="00B47730"/>
    <w:rsid w:val="00CB0664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24062061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0</Characters>
  <Application>Microsoft Macintosh Word</Application>
  <DocSecurity>0</DocSecurity>
  <Lines>0</Lines>
  <Paragraphs>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0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/>
  <cp:revision>1</cp:revision>
  <dcterms:created xsi:type="dcterms:W3CDTF">2013-12-23T23:15:00Z</dcterms:created>
  <dcterms:modified xsi:type="dcterms:W3CDTF">2013-12-23T23:15:00Z</dcterms:modified>
  <cp:category/>
</cp:coreProperties>
</file>