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scenen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13:00-13:00 Festerna - och allt där emellan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