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kaupungintalon portaikko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21:00-21:00 16. Fantasia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