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18:00-21:00 Superpesis  MAILATTARET - Roihuttaret, Helsinki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