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14:00-14:00 Wasa Sinfonietta: Pelastakaa Puut - hyväntekeväisyyskonsertti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