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16:00-16:00 Kansallinen Liiga VIFK - JyPK</w:t>
      </w:r>
    </w:p>
    <w:p>
      <w:r>
        <w:t>Naisten VIFK:n kahdeksas Kansallisen Liigan ottelu ja neljäs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