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 tekonurmikenttä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18:30-18:30 T18 kakkonen jalkapallo</w:t>
      </w:r>
    </w:p>
    <w:p>
      <w:r>
        <w:t>Norrvalla FF vs. GBK/3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