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Lotlaxintie 9, 66600 Vöyri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10:00-15:00 Skördemarknad vid Rökiö kvarn</w:t>
      </w:r>
    </w:p>
    <w:p>
      <w:r>
        <w:t>Rökiön myllyn sadonkorjuumarkkinat ja kirpputori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