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16:00-16:00 Kansallinen Liiga VIFK - HPS</w:t>
      </w:r>
    </w:p>
    <w:p>
      <w:r>
        <w:t>Naisten VIFK:n toinen Kansallisen Liigan ottelu ja ensimmäinen kotipeli.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