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19:00-19:00 Nuorten pianoakatemian  vierailukonsertti</w:t>
      </w:r>
    </w:p>
    <w:p>
      <w:r>
        <w:t>Kuula-opistoon tulee pianisteja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