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Restaurang Seaside vid Fagerö folkpark (Björkgrundsvägen 1, 64550 Närpes)</w:t>
      </w:r>
    </w:p>
    <w:p>
      <w:r>
        <w:t>30.3.2025 sunnuntai</w:t>
      </w:r>
    </w:p>
    <w:p>
      <w:pPr>
        <w:pStyle w:val="Heading1"/>
      </w:pPr>
      <w:r>
        <w:t>30.3.2025 sunnuntai</w:t>
      </w:r>
    </w:p>
    <w:p>
      <w:pPr>
        <w:pStyle w:val="Heading2"/>
      </w:pPr>
      <w:r>
        <w:t>10:00-18:00 Repetitionskurs för ordningsvakter vid Fagerö folkpark</w:t>
      </w:r>
    </w:p>
    <w:p>
      <w:r>
        <w:t>Behöver du snart förnya ditt ordningsvaktskort eller har det kanske redan gått ut?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