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Yliopisto Park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17:00-17:00 Drömmen Festival</w:t>
      </w:r>
    </w:p>
    <w:p>
      <w:r>
        <w:t>HHD Entertainment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