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museum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15:00-15:00 Asiantuntijakierros Pohjoistuulen metsä-näyttelyssä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